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E8D" w:rsidRPr="00020053" w:rsidRDefault="00020053">
      <w:pPr>
        <w:pStyle w:val="Nagwek1"/>
        <w:jc w:val="center"/>
        <w:rPr>
          <w:rFonts w:ascii="Arial" w:hAnsi="Arial" w:cs="Arial"/>
        </w:rPr>
      </w:pPr>
      <w:r w:rsidRPr="00020053">
        <w:rPr>
          <w:rFonts w:ascii="Arial" w:hAnsi="Arial" w:cs="Arial"/>
        </w:rPr>
        <w:t>FORMULARZ OFERTOWY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</w:rPr>
        <w:br/>
        <w:t>Nazwa zamówienia:</w:t>
      </w:r>
      <w:r w:rsidRPr="00020053">
        <w:rPr>
          <w:rFonts w:ascii="Arial" w:hAnsi="Arial" w:cs="Arial"/>
        </w:rPr>
        <w:br/>
        <w:t>"Dostawa, montaż i uruchomienie dedykowanego systemu backupu i deduplikacji danych z funkcją DR-Ready"</w:t>
      </w:r>
    </w:p>
    <w:p w:rsidR="00907E8D" w:rsidRPr="00020053" w:rsidRDefault="00020053">
      <w:pPr>
        <w:pStyle w:val="Nagwek2"/>
        <w:rPr>
          <w:rFonts w:ascii="Arial" w:hAnsi="Arial" w:cs="Arial"/>
        </w:rPr>
      </w:pPr>
      <w:r w:rsidRPr="00020053">
        <w:rPr>
          <w:rFonts w:ascii="Arial" w:hAnsi="Arial" w:cs="Arial"/>
        </w:rPr>
        <w:t>1. DANE WYKONAWCY: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</w:rPr>
        <w:t xml:space="preserve">Nazwa (Firma): </w:t>
      </w:r>
      <w:r w:rsidRPr="00020053">
        <w:rPr>
          <w:rFonts w:ascii="Arial" w:hAnsi="Arial" w:cs="Arial"/>
        </w:rPr>
        <w:t>.................................................................................................</w:t>
      </w:r>
      <w:r w:rsidRPr="00020053">
        <w:rPr>
          <w:rFonts w:ascii="Arial" w:hAnsi="Arial" w:cs="Arial"/>
        </w:rPr>
        <w:br/>
        <w:t>Adres: ...................................................................................................................</w:t>
      </w:r>
      <w:r w:rsidRPr="00020053">
        <w:rPr>
          <w:rFonts w:ascii="Arial" w:hAnsi="Arial" w:cs="Arial"/>
        </w:rPr>
        <w:br/>
        <w:t>NIP: ..............................</w:t>
      </w:r>
      <w:r w:rsidRPr="00020053">
        <w:rPr>
          <w:rFonts w:ascii="Arial" w:hAnsi="Arial" w:cs="Arial"/>
        </w:rPr>
        <w:t>........... REGON: ........................................................</w:t>
      </w:r>
      <w:r w:rsidRPr="00020053">
        <w:rPr>
          <w:rFonts w:ascii="Arial" w:hAnsi="Arial" w:cs="Arial"/>
        </w:rPr>
        <w:br/>
        <w:t>Osoba do kontaktów: ........................................................................................</w:t>
      </w:r>
      <w:r w:rsidRPr="00020053">
        <w:rPr>
          <w:rFonts w:ascii="Arial" w:hAnsi="Arial" w:cs="Arial"/>
        </w:rPr>
        <w:br/>
        <w:t>Telefon: ................................... E-mail: ..................</w:t>
      </w:r>
      <w:r w:rsidRPr="00020053">
        <w:rPr>
          <w:rFonts w:ascii="Arial" w:hAnsi="Arial" w:cs="Arial"/>
        </w:rPr>
        <w:t>.......................................</w:t>
      </w:r>
    </w:p>
    <w:p w:rsidR="00907E8D" w:rsidRPr="00020053" w:rsidRDefault="00020053">
      <w:pPr>
        <w:pStyle w:val="Nagwek2"/>
        <w:rPr>
          <w:rFonts w:ascii="Arial" w:hAnsi="Arial" w:cs="Arial"/>
        </w:rPr>
      </w:pPr>
      <w:r w:rsidRPr="00020053">
        <w:rPr>
          <w:rFonts w:ascii="Arial" w:hAnsi="Arial" w:cs="Arial"/>
        </w:rPr>
        <w:t>2. OFEROWANA CENA (Kryterium C - 60%):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</w:rPr>
        <w:t>Oferujemy realizację całości przedmiotu zamówienia, zgodnie z wymaganiami określonymi w SWZ oraz Opisie Przedmiotu Zamówienia (OPZ) za łączną cenę ryczałtową: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  <w:b/>
        </w:rPr>
        <w:t>Cena netto: ......</w:t>
      </w:r>
      <w:r w:rsidRPr="00020053">
        <w:rPr>
          <w:rFonts w:ascii="Arial" w:hAnsi="Arial" w:cs="Arial"/>
          <w:b/>
        </w:rPr>
        <w:t>................................... zł</w:t>
      </w:r>
      <w:r w:rsidRPr="00020053">
        <w:rPr>
          <w:rFonts w:ascii="Arial" w:hAnsi="Arial" w:cs="Arial"/>
          <w:b/>
        </w:rPr>
        <w:br/>
      </w:r>
      <w:r w:rsidRPr="00020053">
        <w:rPr>
          <w:rFonts w:ascii="Arial" w:hAnsi="Arial" w:cs="Arial"/>
        </w:rPr>
        <w:t>Podatek VAT: ........................................ zł</w:t>
      </w:r>
      <w:r w:rsidRPr="00020053">
        <w:rPr>
          <w:rFonts w:ascii="Arial" w:hAnsi="Arial" w:cs="Arial"/>
        </w:rPr>
        <w:br/>
      </w:r>
      <w:r w:rsidRPr="00020053">
        <w:rPr>
          <w:rFonts w:ascii="Arial" w:hAnsi="Arial" w:cs="Arial"/>
          <w:b/>
        </w:rPr>
        <w:t>Cena brutto: ........................................ zł</w:t>
      </w:r>
      <w:bookmarkStart w:id="0" w:name="_GoBack"/>
      <w:bookmarkEnd w:id="0"/>
      <w:r w:rsidRPr="00020053">
        <w:rPr>
          <w:rFonts w:ascii="Arial" w:hAnsi="Arial" w:cs="Arial"/>
          <w:b/>
        </w:rPr>
        <w:br/>
      </w:r>
      <w:r w:rsidRPr="00020053">
        <w:rPr>
          <w:rFonts w:ascii="Arial" w:hAnsi="Arial" w:cs="Arial"/>
        </w:rPr>
        <w:t>(słownie brutto: ......................................................................................</w:t>
      </w:r>
      <w:r w:rsidRPr="00020053">
        <w:rPr>
          <w:rFonts w:ascii="Arial" w:hAnsi="Arial" w:cs="Arial"/>
        </w:rPr>
        <w:t>............................................)</w:t>
      </w:r>
    </w:p>
    <w:p w:rsidR="00907E8D" w:rsidRPr="00020053" w:rsidRDefault="00020053">
      <w:pPr>
        <w:pStyle w:val="Nagwek2"/>
        <w:rPr>
          <w:rFonts w:ascii="Arial" w:hAnsi="Arial" w:cs="Arial"/>
        </w:rPr>
      </w:pPr>
      <w:r w:rsidRPr="00020053">
        <w:rPr>
          <w:rFonts w:ascii="Arial" w:hAnsi="Arial" w:cs="Arial"/>
        </w:rPr>
        <w:t>3. KRYTERIA POZACENOWE (Kryteria G, S, W, I - 40%):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</w:rPr>
        <w:t>W celu uzyskania punktów w kryteriach pozacenowych, Wykonawca oświadcza, że zaoferowany system spełnia następujące parametry (proszę zaznaczyć właściwe pole "</w:t>
      </w:r>
      <w:r w:rsidRPr="00020053">
        <w:rPr>
          <w:rFonts w:ascii="Arial" w:hAnsi="Arial" w:cs="Arial"/>
        </w:rPr>
        <w:t>X" lub wpisać dane):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907E8D" w:rsidRPr="00020053"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  <w:b/>
              </w:rPr>
              <w:t>Kryterium</w:t>
            </w:r>
          </w:p>
        </w:tc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  <w:b/>
              </w:rPr>
              <w:t>Deklaracja Wykonawcy</w:t>
            </w:r>
          </w:p>
        </w:tc>
      </w:tr>
      <w:tr w:rsidR="00907E8D" w:rsidRPr="00020053"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>Kryterium G:</w:t>
            </w:r>
            <w:r w:rsidRPr="00020053">
              <w:rPr>
                <w:rFonts w:ascii="Arial" w:hAnsi="Arial" w:cs="Arial"/>
              </w:rPr>
              <w:br/>
              <w:t>Wydłużony okres gwarancji (10%)</w:t>
            </w:r>
          </w:p>
        </w:tc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>[   ] 36 miesięcy (wymóg minimalny - 0 pkt)</w:t>
            </w:r>
            <w:r w:rsidRPr="00020053">
              <w:rPr>
                <w:rFonts w:ascii="Arial" w:hAnsi="Arial" w:cs="Arial"/>
              </w:rPr>
              <w:br/>
              <w:t>[   ] 48 miesięcy (5 pkt)</w:t>
            </w:r>
            <w:r w:rsidRPr="00020053">
              <w:rPr>
                <w:rFonts w:ascii="Arial" w:hAnsi="Arial" w:cs="Arial"/>
              </w:rPr>
              <w:br/>
              <w:t>[   ] 60 miesięcy (10 pkt)</w:t>
            </w:r>
          </w:p>
        </w:tc>
      </w:tr>
      <w:tr w:rsidR="00907E8D" w:rsidRPr="00020053"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>Kryterium S:</w:t>
            </w:r>
            <w:r w:rsidRPr="00020053">
              <w:rPr>
                <w:rFonts w:ascii="Arial" w:hAnsi="Arial" w:cs="Arial"/>
              </w:rPr>
              <w:br/>
              <w:t>Czas naprawy sprzętowej (Hardware Fix) (10%)</w:t>
            </w:r>
          </w:p>
        </w:tc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 xml:space="preserve">[ </w:t>
            </w:r>
            <w:r w:rsidRPr="00020053">
              <w:rPr>
                <w:rFonts w:ascii="Arial" w:hAnsi="Arial" w:cs="Arial"/>
              </w:rPr>
              <w:t xml:space="preserve">  ] do NBD - Next Business Day (wymóg minimalny - 0 pkt)</w:t>
            </w:r>
            <w:r w:rsidRPr="00020053">
              <w:rPr>
                <w:rFonts w:ascii="Arial" w:hAnsi="Arial" w:cs="Arial"/>
              </w:rPr>
              <w:br/>
              <w:t>[   ] gwarantowany czas naprawy do 24 godzin (5 pkt)</w:t>
            </w:r>
            <w:r w:rsidRPr="00020053">
              <w:rPr>
                <w:rFonts w:ascii="Arial" w:hAnsi="Arial" w:cs="Arial"/>
              </w:rPr>
              <w:br/>
              <w:t>[   ] gwarantowany czas naprawy do 4 godzin (10 pkt)</w:t>
            </w:r>
          </w:p>
        </w:tc>
      </w:tr>
      <w:tr w:rsidR="00907E8D" w:rsidRPr="00020053"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>Kryterium W:</w:t>
            </w:r>
            <w:r w:rsidRPr="00020053">
              <w:rPr>
                <w:rFonts w:ascii="Arial" w:hAnsi="Arial" w:cs="Arial"/>
              </w:rPr>
              <w:br/>
              <w:t>Certyfikowana sprzętowa niezmienność danych WORM (10%)</w:t>
            </w:r>
          </w:p>
        </w:tc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 xml:space="preserve">[   ] NIE - rozwiązanie </w:t>
            </w:r>
            <w:r w:rsidRPr="00020053">
              <w:rPr>
                <w:rFonts w:ascii="Arial" w:hAnsi="Arial" w:cs="Arial"/>
              </w:rPr>
              <w:t>posiada mechanizm bez dedykowanej certyfikacji (wymóg minimalny - 0 pkt)</w:t>
            </w:r>
            <w:r w:rsidRPr="00020053">
              <w:rPr>
                <w:rFonts w:ascii="Arial" w:hAnsi="Arial" w:cs="Arial"/>
              </w:rPr>
              <w:br/>
              <w:t xml:space="preserve">[   ] TAK - mechanizm posiada niezależną certyfikację zgodności z normami </w:t>
            </w:r>
            <w:r w:rsidRPr="00020053">
              <w:rPr>
                <w:rFonts w:ascii="Arial" w:hAnsi="Arial" w:cs="Arial"/>
              </w:rPr>
              <w:lastRenderedPageBreak/>
              <w:t>prawnymi (np. SEC Rule 17a-4(f) lub równoważny) (10 pkt)</w:t>
            </w:r>
            <w:r w:rsidRPr="00020053">
              <w:rPr>
                <w:rFonts w:ascii="Arial" w:hAnsi="Arial" w:cs="Arial"/>
              </w:rPr>
              <w:br/>
            </w:r>
            <w:r w:rsidRPr="00020053">
              <w:rPr>
                <w:rFonts w:ascii="Arial" w:hAnsi="Arial" w:cs="Arial"/>
              </w:rPr>
              <w:br/>
              <w:t>Nazwa certyfikatu / Załącznik nr: .................</w:t>
            </w:r>
            <w:r w:rsidRPr="00020053">
              <w:rPr>
                <w:rFonts w:ascii="Arial" w:hAnsi="Arial" w:cs="Arial"/>
              </w:rPr>
              <w:t>...............</w:t>
            </w:r>
          </w:p>
        </w:tc>
      </w:tr>
      <w:tr w:rsidR="00907E8D" w:rsidRPr="00020053"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lastRenderedPageBreak/>
              <w:t>Kryterium I:</w:t>
            </w:r>
            <w:r w:rsidRPr="00020053">
              <w:rPr>
                <w:rFonts w:ascii="Arial" w:hAnsi="Arial" w:cs="Arial"/>
              </w:rPr>
              <w:br/>
              <w:t>Bezpośrednia integracja z systemem Veeam / Macierzą (10%)</w:t>
            </w:r>
          </w:p>
        </w:tc>
        <w:tc>
          <w:tcPr>
            <w:tcW w:w="4320" w:type="dxa"/>
          </w:tcPr>
          <w:p w:rsidR="00907E8D" w:rsidRPr="00020053" w:rsidRDefault="00020053">
            <w:pPr>
              <w:rPr>
                <w:rFonts w:ascii="Arial" w:hAnsi="Arial" w:cs="Arial"/>
              </w:rPr>
            </w:pPr>
            <w:r w:rsidRPr="00020053">
              <w:rPr>
                <w:rFonts w:ascii="Arial" w:hAnsi="Arial" w:cs="Arial"/>
              </w:rPr>
              <w:t>[   ] NIE - brak natywnej integracji API (wymóg minimalny - 0 pkt)</w:t>
            </w:r>
            <w:r w:rsidRPr="00020053">
              <w:rPr>
                <w:rFonts w:ascii="Arial" w:hAnsi="Arial" w:cs="Arial"/>
              </w:rPr>
              <w:br/>
              <w:t>[   ] TAK - sprzęt figuruje na liście Veeam Ready jako Integrated LUB wspiera funkcję Backup from Sto</w:t>
            </w:r>
            <w:r w:rsidRPr="00020053">
              <w:rPr>
                <w:rFonts w:ascii="Arial" w:hAnsi="Arial" w:cs="Arial"/>
              </w:rPr>
              <w:t>rage Snapshots dla macierzy HPE Nimble (10 pkt)</w:t>
            </w:r>
          </w:p>
        </w:tc>
      </w:tr>
    </w:tbl>
    <w:p w:rsidR="00907E8D" w:rsidRPr="00020053" w:rsidRDefault="00020053">
      <w:pPr>
        <w:pStyle w:val="Nagwek2"/>
        <w:rPr>
          <w:rFonts w:ascii="Arial" w:hAnsi="Arial" w:cs="Arial"/>
        </w:rPr>
      </w:pPr>
      <w:r w:rsidRPr="00020053">
        <w:rPr>
          <w:rFonts w:ascii="Arial" w:hAnsi="Arial" w:cs="Arial"/>
        </w:rPr>
        <w:t>4. OŚWIADCZENIA KOŃCOWE: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</w:rPr>
        <w:t xml:space="preserve">1. Oświadczam, że zapoznałem/am się ze Specyfikacją Warunków Zamówienia (SWZ) wraz z Załącznikami i nie wnoszę do nich zastrzeżeń oraz zdobyłem/am konieczne informacje potrzebne do </w:t>
      </w:r>
      <w:r w:rsidRPr="00020053">
        <w:rPr>
          <w:rFonts w:ascii="Arial" w:hAnsi="Arial" w:cs="Arial"/>
        </w:rPr>
        <w:t>właściwego wykonania zamówienia.</w:t>
      </w:r>
      <w:r w:rsidRPr="00020053">
        <w:rPr>
          <w:rFonts w:ascii="Arial" w:hAnsi="Arial" w:cs="Arial"/>
        </w:rPr>
        <w:br/>
        <w:t>2. Oświadczam, że oferowany przedmiot zamówienia spełnia wszystkie wymagania określone w Opisie Przedmiotu Zamówienia (Załącznik nr 1 do SWZ).</w:t>
      </w:r>
      <w:r w:rsidRPr="00020053">
        <w:rPr>
          <w:rFonts w:ascii="Arial" w:hAnsi="Arial" w:cs="Arial"/>
        </w:rPr>
        <w:br/>
        <w:t>3. Oświadczam, że uważam się za związanego/ą niniejszą ofertą przez czas wskazan</w:t>
      </w:r>
      <w:r w:rsidRPr="00020053">
        <w:rPr>
          <w:rFonts w:ascii="Arial" w:hAnsi="Arial" w:cs="Arial"/>
        </w:rPr>
        <w:t>y w SWZ.</w:t>
      </w:r>
      <w:r w:rsidRPr="00020053">
        <w:rPr>
          <w:rFonts w:ascii="Arial" w:hAnsi="Arial" w:cs="Arial"/>
        </w:rPr>
        <w:br/>
        <w:t>4. W razie wybrania naszej oferty zobowiązuję się do podpisania umowy na warunkach określonych we Wzorze Umowy (Załącznik do SWZ) w miejscu i terminie określonym przez Zamawiającego.</w:t>
      </w:r>
    </w:p>
    <w:p w:rsidR="00907E8D" w:rsidRPr="00020053" w:rsidRDefault="00020053">
      <w:pPr>
        <w:rPr>
          <w:rFonts w:ascii="Arial" w:hAnsi="Arial" w:cs="Arial"/>
        </w:rPr>
      </w:pPr>
      <w:r w:rsidRPr="00020053">
        <w:rPr>
          <w:rFonts w:ascii="Arial" w:hAnsi="Arial" w:cs="Arial"/>
        </w:rPr>
        <w:br/>
      </w:r>
      <w:r w:rsidRPr="00020053">
        <w:rPr>
          <w:rFonts w:ascii="Arial" w:hAnsi="Arial" w:cs="Arial"/>
        </w:rPr>
        <w:br/>
      </w:r>
      <w:r w:rsidRPr="00020053">
        <w:rPr>
          <w:rFonts w:ascii="Arial" w:hAnsi="Arial" w:cs="Arial"/>
        </w:rPr>
        <w:br/>
        <w:t>...........................................................</w:t>
      </w:r>
      <w:r w:rsidRPr="00020053">
        <w:rPr>
          <w:rFonts w:ascii="Arial" w:hAnsi="Arial" w:cs="Arial"/>
        </w:rPr>
        <w:br/>
      </w:r>
      <w:r w:rsidRPr="00020053">
        <w:rPr>
          <w:rFonts w:ascii="Arial" w:hAnsi="Arial" w:cs="Arial"/>
          <w:sz w:val="16"/>
        </w:rPr>
        <w:t>(</w:t>
      </w:r>
      <w:r w:rsidRPr="00020053">
        <w:rPr>
          <w:rFonts w:ascii="Arial" w:hAnsi="Arial" w:cs="Arial"/>
          <w:sz w:val="16"/>
        </w:rPr>
        <w:t>miejscowość, data)</w:t>
      </w:r>
    </w:p>
    <w:p w:rsidR="00907E8D" w:rsidRPr="00020053" w:rsidRDefault="00020053">
      <w:pPr>
        <w:jc w:val="right"/>
        <w:rPr>
          <w:rFonts w:ascii="Arial" w:hAnsi="Arial" w:cs="Arial"/>
        </w:rPr>
      </w:pPr>
      <w:r w:rsidRPr="00020053">
        <w:rPr>
          <w:rFonts w:ascii="Arial" w:hAnsi="Arial" w:cs="Arial"/>
        </w:rPr>
        <w:t>.................................................................................................</w:t>
      </w:r>
      <w:r w:rsidRPr="00020053">
        <w:rPr>
          <w:rFonts w:ascii="Arial" w:hAnsi="Arial" w:cs="Arial"/>
        </w:rPr>
        <w:br/>
      </w:r>
      <w:r w:rsidRPr="00020053">
        <w:rPr>
          <w:rFonts w:ascii="Arial" w:hAnsi="Arial" w:cs="Arial"/>
          <w:sz w:val="16"/>
        </w:rPr>
        <w:t>(kwalifikowany podpis elektroniczny osoby upoważnionej do reprezentowania Wykonawcy)</w:t>
      </w:r>
    </w:p>
    <w:sectPr w:rsidR="00907E8D" w:rsidRPr="000200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053"/>
    <w:rsid w:val="00034616"/>
    <w:rsid w:val="0006063C"/>
    <w:rsid w:val="0015074B"/>
    <w:rsid w:val="0029639D"/>
    <w:rsid w:val="00326F90"/>
    <w:rsid w:val="00907E8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A4BBC51-DCBB-4A1E-B74A-658B2AEE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9EF3E1-599E-4D1D-A569-604484E24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2956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Mariusz Sagan</cp:lastModifiedBy>
  <cp:revision>2</cp:revision>
  <dcterms:created xsi:type="dcterms:W3CDTF">2026-10-23T11:24:00Z</dcterms:created>
  <dcterms:modified xsi:type="dcterms:W3CDTF">2026-10-23T11:24:00Z</dcterms:modified>
  <cp:category/>
</cp:coreProperties>
</file>